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ECF13" w14:textId="77777777" w:rsidR="00D70555" w:rsidRDefault="001B1AAC">
      <w:pPr>
        <w:spacing w:before="400"/>
        <w:jc w:val="center"/>
        <w:rPr>
          <w:rFonts w:hint="eastAsia"/>
        </w:rPr>
      </w:pPr>
      <w:r>
        <w:rPr>
          <w:noProof/>
        </w:rPr>
        <w:drawing>
          <wp:inline distT="0" distB="0" distL="0" distR="0" wp14:anchorId="387E3A28" wp14:editId="5D89DA7C">
            <wp:extent cx="1234440" cy="1234440"/>
            <wp:effectExtent l="0" t="0" r="0" b="0"/>
            <wp:docPr id="1" name="Picture 1" descr="Night Slice NS pizza-slice icon inside a rust doorframe." title="Night Slice communi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community_icon_rights_assignment.png"/>
                    <pic:cNvPicPr/>
                  </pic:nvPicPr>
                  <pic:blipFill>
                    <a:blip r:embed="rId8"/>
                    <a:stretch>
                      <a:fillRect/>
                    </a:stretch>
                  </pic:blipFill>
                  <pic:spPr>
                    <a:xfrm>
                      <a:off x="0" y="0"/>
                      <a:ext cx="1234440" cy="1234440"/>
                    </a:xfrm>
                    <a:prstGeom prst="rect">
                      <a:avLst/>
                    </a:prstGeom>
                  </pic:spPr>
                </pic:pic>
              </a:graphicData>
            </a:graphic>
          </wp:inline>
        </w:drawing>
      </w:r>
    </w:p>
    <w:p w14:paraId="4FDAF806" w14:textId="77777777" w:rsidR="00D70555" w:rsidRDefault="001B1AAC">
      <w:pPr>
        <w:jc w:val="center"/>
        <w:rPr>
          <w:rFonts w:hint="eastAsia"/>
        </w:rPr>
      </w:pPr>
      <w:r>
        <w:rPr>
          <w:b/>
          <w:sz w:val="48"/>
        </w:rPr>
        <w:t>HOT PIZZA, WRONG DOORS</w:t>
      </w:r>
    </w:p>
    <w:p w14:paraId="1E69DC24" w14:textId="77777777" w:rsidR="00D70555" w:rsidRDefault="001B1AAC">
      <w:pPr>
        <w:jc w:val="center"/>
        <w:rPr>
          <w:rFonts w:hint="eastAsia"/>
        </w:rPr>
      </w:pPr>
      <w:r>
        <w:rPr>
          <w:rFonts w:ascii="Aptos" w:hAnsi="Aptos"/>
          <w:b/>
          <w:color w:val="A13D22"/>
          <w:sz w:val="28"/>
        </w:rPr>
        <w:t>Community Submission Rights Assignment Agreement</w:t>
      </w:r>
    </w:p>
    <w:p w14:paraId="5E2F2260" w14:textId="77777777" w:rsidR="00D70555" w:rsidRDefault="001B1AAC">
      <w:pPr>
        <w:jc w:val="center"/>
        <w:rPr>
          <w:rFonts w:hint="eastAsia"/>
        </w:rPr>
      </w:pPr>
      <w:r>
        <w:rPr>
          <w:rFonts w:ascii="Aptos" w:hAnsi="Aptos"/>
          <w:color w:val="666666"/>
          <w:sz w:val="18"/>
        </w:rPr>
        <w:t>v2.0  |  July 2026</w:t>
      </w:r>
    </w:p>
    <w:p w14:paraId="514699C9" w14:textId="77777777" w:rsidR="00D70555" w:rsidRDefault="001B1AAC">
      <w:pPr>
        <w:spacing w:before="360"/>
        <w:jc w:val="center"/>
        <w:rPr>
          <w:rFonts w:hint="eastAsia"/>
        </w:rPr>
      </w:pPr>
      <w:r>
        <w:rPr>
          <w:i/>
          <w:color w:val="A97832"/>
          <w:sz w:val="26"/>
        </w:rPr>
        <w:t>Submit once. The route may change everything.</w:t>
      </w:r>
    </w:p>
    <w:p w14:paraId="1C8696DA" w14:textId="51F82A5E" w:rsidR="00D70555" w:rsidRDefault="001B1AAC">
      <w:pPr>
        <w:rPr>
          <w:rFonts w:hint="eastAsia"/>
        </w:rPr>
      </w:pPr>
      <w:r>
        <w:t xml:space="preserve">Use this agreement when submitting a Dear Cassie letter, Pizza Tale, story, image, recording, or related material. </w:t>
      </w:r>
      <w:r w:rsidR="005B4882">
        <w:t xml:space="preserve">To be a </w:t>
      </w:r>
      <w:r>
        <w:t>contributor</w:t>
      </w:r>
      <w:r w:rsidR="005B4882">
        <w:t>, you</w:t>
      </w:r>
      <w:r>
        <w:t xml:space="preserve"> must be 18 </w:t>
      </w:r>
      <w:r w:rsidR="005B4882">
        <w:t xml:space="preserve">years of age </w:t>
      </w:r>
      <w:r>
        <w:t>or older. Submit the signed agreement and the material together.</w:t>
      </w:r>
    </w:p>
    <w:tbl>
      <w:tblPr>
        <w:tblW w:w="0" w:type="auto"/>
        <w:jc w:val="center"/>
        <w:tblLook w:val="04A0" w:firstRow="1" w:lastRow="0" w:firstColumn="1" w:lastColumn="0" w:noHBand="0" w:noVBand="1"/>
      </w:tblPr>
      <w:tblGrid>
        <w:gridCol w:w="10282"/>
      </w:tblGrid>
      <w:tr w:rsidR="00D70555" w14:paraId="4BBB794E" w14:textId="77777777">
        <w:trPr>
          <w:jc w:val="center"/>
        </w:trPr>
        <w:tc>
          <w:tcPr>
            <w:tcW w:w="10282" w:type="dxa"/>
            <w:tcBorders>
              <w:top w:val="single" w:sz="8" w:space="0" w:color="A97832"/>
              <w:left w:val="single" w:sz="8" w:space="0" w:color="A97832"/>
              <w:bottom w:val="single" w:sz="8" w:space="0" w:color="A97832"/>
              <w:right w:val="single" w:sz="8" w:space="0" w:color="A97832"/>
            </w:tcBorders>
            <w:shd w:val="clear" w:color="auto" w:fill="F3F1EA"/>
          </w:tcPr>
          <w:p w14:paraId="7255F312" w14:textId="77777777" w:rsidR="00D70555" w:rsidRDefault="001B1AAC">
            <w:pPr>
              <w:rPr>
                <w:rFonts w:hint="eastAsia"/>
              </w:rPr>
            </w:pPr>
            <w:r>
              <w:rPr>
                <w:rFonts w:ascii="Aptos" w:hAnsi="Aptos"/>
                <w:b/>
                <w:color w:val="A13D22"/>
                <w:sz w:val="20"/>
              </w:rPr>
              <w:t>Plain-language summary — read before signing</w:t>
            </w:r>
          </w:p>
          <w:p w14:paraId="665AFD7C" w14:textId="77777777" w:rsidR="00D70555" w:rsidRDefault="001B1AAC">
            <w:pPr>
              <w:spacing w:after="0"/>
              <w:rPr>
                <w:rFonts w:hint="eastAsia"/>
              </w:rPr>
            </w:pPr>
            <w:r>
              <w:rPr>
                <w:sz w:val="18"/>
              </w:rPr>
              <w:t>By signing and submitting, you transfer ownership of the copyright and publication rights in your submission to Ryan Bradley, publishing under the pen name Anton Branlin. Ryan may substantially edit, rewrite, anonymize, fictionalize, combine, adapt, publish, license, sell, or choose not to use the submission. You will not receive payment, royalties, profit participation, or approval rights. Publication, credit, and a reply are not guaranteed.</w:t>
            </w:r>
          </w:p>
        </w:tc>
      </w:tr>
    </w:tbl>
    <w:p w14:paraId="72297774" w14:textId="77777777" w:rsidR="00D70555" w:rsidRDefault="001B1AAC">
      <w:pPr>
        <w:spacing w:before="180" w:after="80"/>
        <w:rPr>
          <w:rFonts w:hint="eastAsia"/>
        </w:rPr>
      </w:pPr>
      <w:r>
        <w:rPr>
          <w:b/>
          <w:color w:val="A13D22"/>
          <w:sz w:val="30"/>
        </w:rPr>
        <w:t>1. Contributor &amp; Submission</w:t>
      </w:r>
    </w:p>
    <w:tbl>
      <w:tblPr>
        <w:tblStyle w:val="TableGrid"/>
        <w:tblW w:w="0" w:type="auto"/>
        <w:jc w:val="center"/>
        <w:tblLook w:val="04A0" w:firstRow="1" w:lastRow="0" w:firstColumn="1" w:lastColumn="0" w:noHBand="0" w:noVBand="1"/>
      </w:tblPr>
      <w:tblGrid>
        <w:gridCol w:w="5141"/>
        <w:gridCol w:w="5141"/>
      </w:tblGrid>
      <w:tr w:rsidR="00D70555" w14:paraId="16BD7A78" w14:textId="77777777">
        <w:trPr>
          <w:tblHeader/>
          <w:jc w:val="center"/>
        </w:trPr>
        <w:tc>
          <w:tcPr>
            <w:tcW w:w="5141" w:type="dxa"/>
            <w:shd w:val="clear" w:color="auto" w:fill="A13D22"/>
          </w:tcPr>
          <w:p w14:paraId="3BD8A057" w14:textId="77777777" w:rsidR="00D70555" w:rsidRDefault="001B1AAC">
            <w:pPr>
              <w:spacing w:after="0"/>
              <w:rPr>
                <w:rFonts w:hint="eastAsia"/>
              </w:rPr>
            </w:pPr>
            <w:r>
              <w:rPr>
                <w:rFonts w:ascii="Aptos" w:hAnsi="Aptos"/>
                <w:b/>
                <w:color w:val="FFFFFF"/>
                <w:sz w:val="17"/>
              </w:rPr>
              <w:t>Field</w:t>
            </w:r>
          </w:p>
        </w:tc>
        <w:tc>
          <w:tcPr>
            <w:tcW w:w="5141" w:type="dxa"/>
            <w:shd w:val="clear" w:color="auto" w:fill="A13D22"/>
          </w:tcPr>
          <w:p w14:paraId="008C058C" w14:textId="77777777" w:rsidR="00D70555" w:rsidRDefault="001B1AAC">
            <w:pPr>
              <w:spacing w:after="0"/>
              <w:rPr>
                <w:rFonts w:hint="eastAsia"/>
              </w:rPr>
            </w:pPr>
            <w:r>
              <w:rPr>
                <w:rFonts w:ascii="Aptos" w:hAnsi="Aptos"/>
                <w:b/>
                <w:color w:val="FFFFFF"/>
                <w:sz w:val="17"/>
              </w:rPr>
              <w:t>Contributor Entry</w:t>
            </w:r>
          </w:p>
        </w:tc>
      </w:tr>
      <w:tr w:rsidR="00D70555" w14:paraId="7A96C748" w14:textId="77777777">
        <w:trPr>
          <w:jc w:val="center"/>
        </w:trPr>
        <w:tc>
          <w:tcPr>
            <w:tcW w:w="5141" w:type="dxa"/>
          </w:tcPr>
          <w:p w14:paraId="7E100051" w14:textId="77777777" w:rsidR="00D70555" w:rsidRDefault="001B1AAC">
            <w:pPr>
              <w:spacing w:after="0"/>
              <w:rPr>
                <w:rFonts w:hint="eastAsia"/>
              </w:rPr>
            </w:pPr>
            <w:r>
              <w:rPr>
                <w:rFonts w:ascii="Aptos" w:hAnsi="Aptos"/>
                <w:sz w:val="16"/>
              </w:rPr>
              <w:t>Contributor legal name</w:t>
            </w:r>
          </w:p>
        </w:tc>
        <w:tc>
          <w:tcPr>
            <w:tcW w:w="5141" w:type="dxa"/>
          </w:tcPr>
          <w:p w14:paraId="46E92E01" w14:textId="77777777" w:rsidR="00D70555" w:rsidRDefault="00D70555">
            <w:pPr>
              <w:spacing w:after="0"/>
              <w:rPr>
                <w:rFonts w:hint="eastAsia"/>
              </w:rPr>
            </w:pPr>
          </w:p>
        </w:tc>
      </w:tr>
      <w:tr w:rsidR="00D70555" w14:paraId="06509897" w14:textId="77777777">
        <w:trPr>
          <w:jc w:val="center"/>
        </w:trPr>
        <w:tc>
          <w:tcPr>
            <w:tcW w:w="5141" w:type="dxa"/>
            <w:shd w:val="clear" w:color="auto" w:fill="FAF7F0"/>
          </w:tcPr>
          <w:p w14:paraId="05681D15" w14:textId="77777777" w:rsidR="00D70555" w:rsidRDefault="001B1AAC">
            <w:pPr>
              <w:spacing w:after="0"/>
              <w:rPr>
                <w:rFonts w:hint="eastAsia"/>
              </w:rPr>
            </w:pPr>
            <w:r>
              <w:rPr>
                <w:rFonts w:ascii="Aptos" w:hAnsi="Aptos"/>
                <w:sz w:val="16"/>
              </w:rPr>
              <w:t>Email address</w:t>
            </w:r>
          </w:p>
        </w:tc>
        <w:tc>
          <w:tcPr>
            <w:tcW w:w="5141" w:type="dxa"/>
            <w:shd w:val="clear" w:color="auto" w:fill="FAF7F0"/>
          </w:tcPr>
          <w:p w14:paraId="06304EED" w14:textId="77777777" w:rsidR="00D70555" w:rsidRDefault="00D70555">
            <w:pPr>
              <w:spacing w:after="0"/>
              <w:rPr>
                <w:rFonts w:hint="eastAsia"/>
              </w:rPr>
            </w:pPr>
          </w:p>
        </w:tc>
      </w:tr>
      <w:tr w:rsidR="00D70555" w14:paraId="5D55E547" w14:textId="77777777">
        <w:trPr>
          <w:jc w:val="center"/>
        </w:trPr>
        <w:tc>
          <w:tcPr>
            <w:tcW w:w="5141" w:type="dxa"/>
          </w:tcPr>
          <w:p w14:paraId="5CFA9F10" w14:textId="77777777" w:rsidR="00D70555" w:rsidRDefault="001B1AAC">
            <w:pPr>
              <w:spacing w:after="0"/>
              <w:rPr>
                <w:rFonts w:hint="eastAsia"/>
              </w:rPr>
            </w:pPr>
            <w:r>
              <w:rPr>
                <w:rFonts w:ascii="Aptos" w:hAnsi="Aptos"/>
                <w:sz w:val="16"/>
              </w:rPr>
              <w:t>Submission title / working title</w:t>
            </w:r>
          </w:p>
        </w:tc>
        <w:tc>
          <w:tcPr>
            <w:tcW w:w="5141" w:type="dxa"/>
          </w:tcPr>
          <w:p w14:paraId="15B50A39" w14:textId="77777777" w:rsidR="00D70555" w:rsidRDefault="00D70555">
            <w:pPr>
              <w:spacing w:after="0"/>
              <w:rPr>
                <w:rFonts w:hint="eastAsia"/>
              </w:rPr>
            </w:pPr>
          </w:p>
        </w:tc>
      </w:tr>
      <w:tr w:rsidR="00D70555" w14:paraId="1B01A24F" w14:textId="77777777">
        <w:trPr>
          <w:jc w:val="center"/>
        </w:trPr>
        <w:tc>
          <w:tcPr>
            <w:tcW w:w="5141" w:type="dxa"/>
            <w:shd w:val="clear" w:color="auto" w:fill="FAF7F0"/>
          </w:tcPr>
          <w:p w14:paraId="4349B3F4" w14:textId="77777777" w:rsidR="00D70555" w:rsidRDefault="001B1AAC">
            <w:pPr>
              <w:spacing w:after="0"/>
              <w:rPr>
                <w:rFonts w:hint="eastAsia"/>
              </w:rPr>
            </w:pPr>
            <w:r>
              <w:rPr>
                <w:rFonts w:ascii="Aptos" w:hAnsi="Aptos"/>
                <w:sz w:val="16"/>
              </w:rPr>
              <w:t>Pathway</w:t>
            </w:r>
          </w:p>
        </w:tc>
        <w:tc>
          <w:tcPr>
            <w:tcW w:w="5141" w:type="dxa"/>
            <w:shd w:val="clear" w:color="auto" w:fill="FAF7F0"/>
          </w:tcPr>
          <w:p w14:paraId="7D896556" w14:textId="77777777" w:rsidR="00D70555" w:rsidRDefault="001B1AAC">
            <w:pPr>
              <w:spacing w:after="0"/>
              <w:rPr>
                <w:rFonts w:hint="eastAsia"/>
              </w:rPr>
            </w:pPr>
            <w:r>
              <w:rPr>
                <w:rFonts w:ascii="Aptos" w:hAnsi="Aptos"/>
                <w:sz w:val="16"/>
              </w:rPr>
              <w:t>☐</w:t>
            </w:r>
            <w:r>
              <w:rPr>
                <w:rFonts w:ascii="Aptos" w:hAnsi="Aptos"/>
                <w:sz w:val="16"/>
              </w:rPr>
              <w:t xml:space="preserve"> Dear Cassie    ☐ Pizza Tales    ☐ Other community submission</w:t>
            </w:r>
          </w:p>
        </w:tc>
      </w:tr>
      <w:tr w:rsidR="00D70555" w14:paraId="2D4A2757" w14:textId="77777777">
        <w:trPr>
          <w:jc w:val="center"/>
        </w:trPr>
        <w:tc>
          <w:tcPr>
            <w:tcW w:w="5141" w:type="dxa"/>
          </w:tcPr>
          <w:p w14:paraId="28BC732A" w14:textId="77777777" w:rsidR="00D70555" w:rsidRDefault="001B1AAC">
            <w:pPr>
              <w:spacing w:after="0"/>
              <w:rPr>
                <w:rFonts w:hint="eastAsia"/>
              </w:rPr>
            </w:pPr>
            <w:r>
              <w:rPr>
                <w:rFonts w:ascii="Aptos" w:hAnsi="Aptos"/>
                <w:sz w:val="16"/>
              </w:rPr>
              <w:t>Submission filename(s) / attachment(s)</w:t>
            </w:r>
          </w:p>
        </w:tc>
        <w:tc>
          <w:tcPr>
            <w:tcW w:w="5141" w:type="dxa"/>
          </w:tcPr>
          <w:p w14:paraId="609ACA27" w14:textId="77777777" w:rsidR="00D70555" w:rsidRDefault="00D70555">
            <w:pPr>
              <w:spacing w:after="0"/>
              <w:rPr>
                <w:rFonts w:hint="eastAsia"/>
              </w:rPr>
            </w:pPr>
          </w:p>
        </w:tc>
      </w:tr>
      <w:tr w:rsidR="00D70555" w14:paraId="00D003F5" w14:textId="77777777">
        <w:trPr>
          <w:jc w:val="center"/>
        </w:trPr>
        <w:tc>
          <w:tcPr>
            <w:tcW w:w="5141" w:type="dxa"/>
            <w:shd w:val="clear" w:color="auto" w:fill="FAF7F0"/>
          </w:tcPr>
          <w:p w14:paraId="10D40109" w14:textId="77777777" w:rsidR="00D70555" w:rsidRDefault="001B1AAC">
            <w:pPr>
              <w:spacing w:after="0"/>
              <w:rPr>
                <w:rFonts w:hint="eastAsia"/>
              </w:rPr>
            </w:pPr>
            <w:r>
              <w:rPr>
                <w:rFonts w:ascii="Aptos" w:hAnsi="Aptos"/>
                <w:sz w:val="16"/>
              </w:rPr>
              <w:t>Requested public credit, if any</w:t>
            </w:r>
          </w:p>
        </w:tc>
        <w:tc>
          <w:tcPr>
            <w:tcW w:w="5141" w:type="dxa"/>
            <w:shd w:val="clear" w:color="auto" w:fill="FAF7F0"/>
          </w:tcPr>
          <w:p w14:paraId="3038743D" w14:textId="77777777" w:rsidR="00D70555" w:rsidRDefault="001B1AAC">
            <w:pPr>
              <w:spacing w:after="0"/>
              <w:rPr>
                <w:rFonts w:hint="eastAsia"/>
              </w:rPr>
            </w:pPr>
            <w:r>
              <w:rPr>
                <w:rFonts w:ascii="Aptos" w:hAnsi="Aptos"/>
                <w:sz w:val="16"/>
              </w:rPr>
              <w:t>☐</w:t>
            </w:r>
            <w:r>
              <w:rPr>
                <w:rFonts w:ascii="Aptos" w:hAnsi="Aptos"/>
                <w:sz w:val="16"/>
              </w:rPr>
              <w:t xml:space="preserve"> Full name  ☐ First name  ☐ Pen name: __________  ☐ Initials: ____  ☐ Anonymous</w:t>
            </w:r>
          </w:p>
        </w:tc>
      </w:tr>
      <w:tr w:rsidR="00D70555" w14:paraId="50444FC1" w14:textId="77777777">
        <w:trPr>
          <w:jc w:val="center"/>
        </w:trPr>
        <w:tc>
          <w:tcPr>
            <w:tcW w:w="5141" w:type="dxa"/>
          </w:tcPr>
          <w:p w14:paraId="47347F88" w14:textId="77777777" w:rsidR="00D70555" w:rsidRDefault="001B1AAC">
            <w:pPr>
              <w:spacing w:after="0"/>
              <w:rPr>
                <w:rFonts w:hint="eastAsia"/>
              </w:rPr>
            </w:pPr>
            <w:r>
              <w:rPr>
                <w:rFonts w:ascii="Aptos" w:hAnsi="Aptos"/>
                <w:sz w:val="16"/>
              </w:rPr>
              <w:t>Age confirmation</w:t>
            </w:r>
          </w:p>
        </w:tc>
        <w:tc>
          <w:tcPr>
            <w:tcW w:w="5141" w:type="dxa"/>
          </w:tcPr>
          <w:p w14:paraId="440D60B8" w14:textId="77777777" w:rsidR="00D70555" w:rsidRDefault="001B1AAC">
            <w:pPr>
              <w:spacing w:after="0"/>
              <w:rPr>
                <w:rFonts w:hint="eastAsia"/>
              </w:rPr>
            </w:pPr>
            <w:r>
              <w:rPr>
                <w:rFonts w:ascii="Aptos" w:hAnsi="Aptos"/>
                <w:sz w:val="16"/>
              </w:rPr>
              <w:t>☐</w:t>
            </w:r>
            <w:r>
              <w:rPr>
                <w:rFonts w:ascii="Aptos" w:hAnsi="Aptos"/>
                <w:sz w:val="16"/>
              </w:rPr>
              <w:t xml:space="preserve"> I am 18 years of age or older.</w:t>
            </w:r>
          </w:p>
        </w:tc>
      </w:tr>
    </w:tbl>
    <w:p w14:paraId="67B481F1" w14:textId="77777777" w:rsidR="00D70555" w:rsidRDefault="001B1AAC">
      <w:pPr>
        <w:spacing w:before="180" w:after="80"/>
        <w:rPr>
          <w:rFonts w:hint="eastAsia"/>
        </w:rPr>
      </w:pPr>
      <w:r>
        <w:rPr>
          <w:b/>
          <w:color w:val="A13D22"/>
          <w:sz w:val="30"/>
        </w:rPr>
        <w:t>2. Defined Submission</w:t>
      </w:r>
    </w:p>
    <w:p w14:paraId="12E9EACC" w14:textId="77777777" w:rsidR="00D70555" w:rsidRDefault="001B1AAC">
      <w:pPr>
        <w:rPr>
          <w:rFonts w:hint="eastAsia"/>
        </w:rPr>
      </w:pPr>
      <w:r>
        <w:t>“Submission” means every version of the material identified above and all material delivered with it, including text, titles, notes, photographs, artwork, audio, video, captions, messages, attachments, and other creative or supporting content.</w:t>
      </w:r>
    </w:p>
    <w:p w14:paraId="32E14B55" w14:textId="77777777" w:rsidR="00D70555" w:rsidRDefault="001B1AAC">
      <w:pPr>
        <w:spacing w:before="180" w:after="80"/>
        <w:rPr>
          <w:rFonts w:hint="eastAsia"/>
        </w:rPr>
      </w:pPr>
      <w:r>
        <w:rPr>
          <w:b/>
          <w:color w:val="A13D22"/>
          <w:sz w:val="30"/>
        </w:rPr>
        <w:t>3. Assignment of Copyright &amp; Publication Rights</w:t>
      </w:r>
    </w:p>
    <w:p w14:paraId="0813D0B4" w14:textId="77777777" w:rsidR="00D70555" w:rsidRDefault="001B1AAC">
      <w:pPr>
        <w:rPr>
          <w:rFonts w:hint="eastAsia"/>
        </w:rPr>
      </w:pPr>
      <w:r>
        <w:t>The Contributor hereby assigns, transfers, conveys, and delivers to Ryan Bradley, publishing under the pen name Anton Branlin (“Ryan”), all right, title, and interest in and to the Submission, including all copyrights and all transferable rights of publication, reproduction, distribution, adaptation, translation, abridgment, expansion, public display, public performance, communication, promotion, licensing, sublicensing, sale, and other exploitation in every country and in all media now known or later devel</w:t>
      </w:r>
      <w:r>
        <w:t>oped.</w:t>
      </w:r>
    </w:p>
    <w:p w14:paraId="7B3A2E2D" w14:textId="77777777" w:rsidR="00D70555" w:rsidRDefault="001B1AAC">
      <w:pPr>
        <w:rPr>
          <w:rFonts w:hint="eastAsia"/>
        </w:rPr>
      </w:pPr>
      <w:r>
        <w:t>The assignment is exclusive and applies for the full term of copyright, including renewals and extensions, subject only to rights that cannot lawfully be waived. Ryan may register the copyright, identify himself or an affiliated publishing entity as copyright claimant or owner, enforce the rights, and assign or license the rights to others.</w:t>
      </w:r>
    </w:p>
    <w:p w14:paraId="020A7BAC" w14:textId="77777777" w:rsidR="00D70555" w:rsidRDefault="001B1AAC">
      <w:pPr>
        <w:spacing w:before="180" w:after="80"/>
        <w:rPr>
          <w:rFonts w:hint="eastAsia"/>
        </w:rPr>
      </w:pPr>
      <w:r>
        <w:rPr>
          <w:b/>
          <w:color w:val="A13D22"/>
          <w:sz w:val="30"/>
        </w:rPr>
        <w:t>4. Editing, Adaptation &amp; Creative Control</w:t>
      </w:r>
    </w:p>
    <w:p w14:paraId="67372AC2" w14:textId="77777777" w:rsidR="00D70555" w:rsidRDefault="001B1AAC">
      <w:pPr>
        <w:rPr>
          <w:rFonts w:hint="eastAsia"/>
        </w:rPr>
      </w:pPr>
      <w:r>
        <w:t xml:space="preserve">Ryan has complete editorial and creative discretion. He may use the Submission as received or may shorten, expand, rewrite, retitle, translate, rearrange, anonymize, fictionalize, dramatize, combine with other material, or change names, </w:t>
      </w:r>
      <w:r>
        <w:lastRenderedPageBreak/>
        <w:t>locations, workplaces, characters, chronology, dialogue, events, facts presented as narrative, tone, genre, viewpoint, ending, format, and medium.</w:t>
      </w:r>
    </w:p>
    <w:p w14:paraId="4A7033F0" w14:textId="77777777" w:rsidR="00D70555" w:rsidRDefault="001B1AAC">
      <w:pPr>
        <w:rPr>
          <w:rFonts w:hint="eastAsia"/>
        </w:rPr>
      </w:pPr>
      <w:r>
        <w:t>The Submission may be used in or as Community Specials, Dear Cassie, Pizza Tales, Hot Pizza, Wrong Doors, Friday Night Specials, later seasons, spin-offs, anthologies, books, newsletters, websites, social media, advertising, audio, video, podcasts, games, merchandise, promotional materials, or other free or paid works.</w:t>
      </w:r>
    </w:p>
    <w:p w14:paraId="4D855867" w14:textId="77777777" w:rsidR="00D70555" w:rsidRDefault="001B1AAC">
      <w:pPr>
        <w:rPr>
          <w:rFonts w:hint="eastAsia"/>
        </w:rPr>
      </w:pPr>
      <w:r>
        <w:t>The Contributor waives any right to inspect or approve edits, adaptations, titles, artwork, packaging, credit, pricing, publication timing, publication surface, marketing, licensing, or later uses. To the maximum extent permitted by law, the Contributor waives moral rights and similar rights in the Submission.</w:t>
      </w:r>
    </w:p>
    <w:p w14:paraId="0F9D3592" w14:textId="77777777" w:rsidR="00D70555" w:rsidRDefault="001B1AAC">
      <w:pPr>
        <w:spacing w:before="180" w:after="80"/>
        <w:rPr>
          <w:rFonts w:hint="eastAsia"/>
        </w:rPr>
      </w:pPr>
      <w:r>
        <w:rPr>
          <w:b/>
          <w:color w:val="A13D22"/>
          <w:sz w:val="30"/>
        </w:rPr>
        <w:t>5. No Compensation, Royalties, or Accounting</w:t>
      </w:r>
    </w:p>
    <w:p w14:paraId="1D1CE6D3" w14:textId="77777777" w:rsidR="00D70555" w:rsidRDefault="001B1AAC">
      <w:pPr>
        <w:rPr>
          <w:rFonts w:hint="eastAsia"/>
        </w:rPr>
      </w:pPr>
      <w:r>
        <w:t>The Contributor understands and agrees that the submission and assignment are unpaid. The Contributor will receive no fee, advance, royalty, residual, profit participation, commission, reimbursement, accounting, share of revenue, or other compensation, even if the Submission or an adaptation is published, licensed, sold, bundled, promoted, or commercially successful.</w:t>
      </w:r>
    </w:p>
    <w:p w14:paraId="78CFFCBF" w14:textId="77777777" w:rsidR="00D70555" w:rsidRDefault="001B1AAC">
      <w:pPr>
        <w:rPr>
          <w:rFonts w:hint="eastAsia"/>
        </w:rPr>
      </w:pPr>
      <w:r>
        <w:t>The opportunity to have the Submission reviewed and potentially used, together with the promises in this agreement, is the agreed consideration for the assignment. Ryan has no obligation to publish, exploit, market, or respond to the Submission.</w:t>
      </w:r>
    </w:p>
    <w:p w14:paraId="5E203242" w14:textId="77777777" w:rsidR="00D70555" w:rsidRDefault="001B1AAC">
      <w:pPr>
        <w:spacing w:before="180" w:after="80"/>
        <w:rPr>
          <w:rFonts w:hint="eastAsia"/>
        </w:rPr>
      </w:pPr>
      <w:r>
        <w:rPr>
          <w:b/>
          <w:color w:val="A13D22"/>
          <w:sz w:val="30"/>
        </w:rPr>
        <w:t>6. Credit, Name &amp; Privacy</w:t>
      </w:r>
    </w:p>
    <w:p w14:paraId="1434E605" w14:textId="77777777" w:rsidR="00D70555" w:rsidRDefault="001B1AAC">
      <w:pPr>
        <w:rPr>
          <w:rFonts w:hint="eastAsia"/>
        </w:rPr>
      </w:pPr>
      <w:r>
        <w:t>The Contributor may state a requested public credit above. Ryan may use that credit, use a shortened or modified credit, or publish anonymously. Credit is not guaranteed. Ryan may use the approved or submitted name, pen name, brief biographical information, and statements about the Submission for attribution and promotion.</w:t>
      </w:r>
    </w:p>
    <w:p w14:paraId="4C6911B3" w14:textId="77777777" w:rsidR="00D70555" w:rsidRDefault="001B1AAC">
      <w:pPr>
        <w:rPr>
          <w:rFonts w:hint="eastAsia"/>
        </w:rPr>
      </w:pPr>
      <w:r>
        <w:t>Ryan may remove or alter identifying details for privacy, legal, editorial, branding, or storytelling reasons. Ryan is not required to preserve the Contributor’s original wording, meaning, chronology, or factual detail.</w:t>
      </w:r>
    </w:p>
    <w:p w14:paraId="75D8EF98" w14:textId="77777777" w:rsidR="00D70555" w:rsidRDefault="001B1AAC">
      <w:pPr>
        <w:spacing w:before="180" w:after="80"/>
        <w:rPr>
          <w:rFonts w:hint="eastAsia"/>
        </w:rPr>
      </w:pPr>
      <w:r>
        <w:rPr>
          <w:b/>
          <w:color w:val="A13D22"/>
          <w:sz w:val="30"/>
        </w:rPr>
        <w:t>7. Contributor Representations</w:t>
      </w:r>
    </w:p>
    <w:p w14:paraId="1E6C85D1" w14:textId="1F706A7A" w:rsidR="00D70555" w:rsidRDefault="004367C4">
      <w:pPr>
        <w:ind w:left="216"/>
        <w:rPr>
          <w:rFonts w:hint="eastAsia"/>
        </w:rPr>
      </w:pPr>
      <w:sdt>
        <w:sdtPr>
          <w:rPr>
            <w:rFonts w:ascii="Aptos" w:hAnsi="Aptos"/>
          </w:rPr>
          <w:id w:val="-2115198677"/>
          <w14:checkbox>
            <w14:checked w14:val="0"/>
            <w14:checkedState w14:val="2612" w14:font="MS Gothic"/>
            <w14:uncheckedState w14:val="2610" w14:font="MS Gothic"/>
          </w14:checkbox>
        </w:sdtPr>
        <w:sdtContent>
          <w:r>
            <w:rPr>
              <w:rFonts w:ascii="MS Gothic" w:eastAsia="MS Gothic" w:hAnsi="MS Gothic" w:hint="eastAsia"/>
            </w:rPr>
            <w:t>☐</w:t>
          </w:r>
        </w:sdtContent>
      </w:sdt>
      <w:r w:rsidR="001B1AAC">
        <w:rPr>
          <w:rFonts w:ascii="Aptos" w:hAnsi="Aptos"/>
        </w:rPr>
        <w:t xml:space="preserve"> </w:t>
      </w:r>
      <w:r w:rsidR="001B1AAC">
        <w:t>I am 18 years of age or older and have legal capacity to sign this agreement.</w:t>
      </w:r>
    </w:p>
    <w:p w14:paraId="44567679" w14:textId="0E96D898" w:rsidR="00D70555" w:rsidRDefault="004367C4">
      <w:pPr>
        <w:ind w:left="216"/>
        <w:rPr>
          <w:rFonts w:hint="eastAsia"/>
        </w:rPr>
      </w:pPr>
      <w:sdt>
        <w:sdtPr>
          <w:rPr>
            <w:rFonts w:ascii="Aptos" w:hAnsi="Aptos"/>
          </w:rPr>
          <w:id w:val="148673701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 xml:space="preserve"> </w:t>
      </w:r>
      <w:r w:rsidR="001B1AAC">
        <w:t>I created the Submission or own/control every right I am assigning.</w:t>
      </w:r>
    </w:p>
    <w:p w14:paraId="440BC7BD" w14:textId="61CC69FF" w:rsidR="00D70555" w:rsidRDefault="004367C4">
      <w:pPr>
        <w:ind w:left="216"/>
        <w:rPr>
          <w:rFonts w:hint="eastAsia"/>
        </w:rPr>
      </w:pPr>
      <w:sdt>
        <w:sdtPr>
          <w:rPr>
            <w:rFonts w:ascii="Aptos" w:hAnsi="Aptos"/>
          </w:rPr>
          <w:id w:val="183634521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B1AAC">
        <w:t>The Submission does not knowingly infringe copyright, trademark, privacy, publicity, confidentiality, contract, or other rights.</w:t>
      </w:r>
    </w:p>
    <w:p w14:paraId="12FA77F4" w14:textId="4CC649BE" w:rsidR="00D70555" w:rsidRDefault="004367C4">
      <w:pPr>
        <w:ind w:left="216"/>
        <w:rPr>
          <w:rFonts w:hint="eastAsia"/>
        </w:rPr>
      </w:pPr>
      <w:sdt>
        <w:sdtPr>
          <w:rPr>
            <w:rFonts w:ascii="Aptos" w:hAnsi="Aptos"/>
          </w:rPr>
          <w:id w:val="-17359335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B1AAC">
        <w:t>I have not granted rights that conflict with this assignment.</w:t>
      </w:r>
    </w:p>
    <w:p w14:paraId="2DD87A66" w14:textId="6B181F81" w:rsidR="00D70555" w:rsidRDefault="004367C4">
      <w:pPr>
        <w:ind w:left="216"/>
        <w:rPr>
          <w:rFonts w:hint="eastAsia"/>
        </w:rPr>
      </w:pPr>
      <w:sdt>
        <w:sdtPr>
          <w:rPr>
            <w:rFonts w:ascii="Aptos" w:hAnsi="Aptos"/>
          </w:rPr>
          <w:id w:val="58720774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B1AAC">
        <w:t>I will not submit material that I am prohibited from sharing.</w:t>
      </w:r>
    </w:p>
    <w:p w14:paraId="64DC5BB7" w14:textId="5C6E7FAC" w:rsidR="00D70555" w:rsidRDefault="004367C4">
      <w:pPr>
        <w:ind w:left="216"/>
        <w:rPr>
          <w:rFonts w:hint="eastAsia"/>
        </w:rPr>
      </w:pPr>
      <w:sdt>
        <w:sdtPr>
          <w:rPr>
            <w:rFonts w:ascii="Aptos" w:hAnsi="Aptos"/>
          </w:rPr>
          <w:id w:val="-13302839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B1AAC">
        <w:t>I</w:t>
      </w:r>
      <w:r w:rsidR="001B1AAC">
        <w:t xml:space="preserve"> understand that facts and ideas may not be protected by copyright, but this assignment covers the copyrightable expression and every transferable right I own in the Submission.</w:t>
      </w:r>
    </w:p>
    <w:p w14:paraId="74B77250" w14:textId="77777777" w:rsidR="00D70555" w:rsidRDefault="001B1AAC">
      <w:pPr>
        <w:spacing w:before="180" w:after="80"/>
        <w:rPr>
          <w:rFonts w:hint="eastAsia"/>
        </w:rPr>
      </w:pPr>
      <w:r>
        <w:rPr>
          <w:b/>
          <w:color w:val="A13D22"/>
          <w:sz w:val="30"/>
        </w:rPr>
        <w:t>8. Publication Discretion; No Withdrawal or Removal Right</w:t>
      </w:r>
    </w:p>
    <w:p w14:paraId="3CA96A6A" w14:textId="77777777" w:rsidR="00D70555" w:rsidRDefault="001B1AAC">
      <w:pPr>
        <w:rPr>
          <w:rFonts w:hint="eastAsia"/>
        </w:rPr>
      </w:pPr>
      <w:r>
        <w:t>Ryan may accept, reject, hold, edit, adapt, publish, unpublish, remove, archive, reissue, or discontinue the Submission at any time and for any reason. The Contributor may choose not to submit before signing. After Ryan receives the signed agreement and Submission, the Contributor has no contractual right to withdraw the assignment, require removal, prevent publication, demand changes, or revoke the granted rights, except to the extent a right cannot lawfully be waived.</w:t>
      </w:r>
    </w:p>
    <w:p w14:paraId="4A642805" w14:textId="77777777" w:rsidR="00D70555" w:rsidRDefault="001B1AAC">
      <w:pPr>
        <w:spacing w:before="180" w:after="80"/>
        <w:rPr>
          <w:rFonts w:hint="eastAsia"/>
        </w:rPr>
      </w:pPr>
      <w:r>
        <w:rPr>
          <w:b/>
          <w:color w:val="A13D22"/>
          <w:sz w:val="30"/>
        </w:rPr>
        <w:t>9. Electronic Signature &amp; One-Step Submission</w:t>
      </w:r>
    </w:p>
    <w:p w14:paraId="7F60148A" w14:textId="77777777" w:rsidR="00D70555" w:rsidRDefault="001B1AAC">
      <w:pPr>
        <w:rPr>
          <w:rFonts w:hint="eastAsia"/>
        </w:rPr>
      </w:pPr>
      <w:r>
        <w:t>A handwritten signature, digital signature, or typed email affirmation may be used. The signed agreement or electronic acceptance must be retained with the Submission.</w:t>
      </w:r>
    </w:p>
    <w:tbl>
      <w:tblPr>
        <w:tblW w:w="0" w:type="auto"/>
        <w:jc w:val="center"/>
        <w:tblLook w:val="04A0" w:firstRow="1" w:lastRow="0" w:firstColumn="1" w:lastColumn="0" w:noHBand="0" w:noVBand="1"/>
      </w:tblPr>
      <w:tblGrid>
        <w:gridCol w:w="10282"/>
      </w:tblGrid>
      <w:tr w:rsidR="00D70555" w14:paraId="49A93045" w14:textId="77777777">
        <w:trPr>
          <w:jc w:val="center"/>
        </w:trPr>
        <w:tc>
          <w:tcPr>
            <w:tcW w:w="10282" w:type="dxa"/>
            <w:tcBorders>
              <w:top w:val="single" w:sz="8" w:space="0" w:color="A97832"/>
              <w:left w:val="single" w:sz="8" w:space="0" w:color="A97832"/>
              <w:bottom w:val="single" w:sz="8" w:space="0" w:color="A97832"/>
              <w:right w:val="single" w:sz="8" w:space="0" w:color="A97832"/>
            </w:tcBorders>
            <w:shd w:val="clear" w:color="auto" w:fill="F3F1EA"/>
          </w:tcPr>
          <w:p w14:paraId="2400F256" w14:textId="77777777" w:rsidR="00D70555" w:rsidRDefault="001B1AAC">
            <w:pPr>
              <w:rPr>
                <w:rFonts w:hint="eastAsia"/>
              </w:rPr>
            </w:pPr>
            <w:r>
              <w:rPr>
                <w:rFonts w:ascii="Aptos" w:hAnsi="Aptos"/>
                <w:b/>
                <w:color w:val="A13D22"/>
                <w:sz w:val="20"/>
              </w:rPr>
              <w:t>Exact email affirmation</w:t>
            </w:r>
          </w:p>
          <w:p w14:paraId="535D9EFD" w14:textId="6548E8F3" w:rsidR="00D70555" w:rsidRDefault="001B1AAC">
            <w:pPr>
              <w:spacing w:after="0"/>
              <w:rPr>
                <w:rFonts w:hint="eastAsia"/>
              </w:rPr>
            </w:pPr>
            <w:r>
              <w:rPr>
                <w:sz w:val="18"/>
              </w:rPr>
              <w:t>I have read and agree to the Hot Pizza, Wrong Doors Community Submission Rights Assignment Agreement v2.0. I am 18 or older. I voluntarily assign the rights described in that agreement to Ryan Bradley, publishing under the pen name Anton Branlin. My typed name below is my electronic signature.</w:t>
            </w:r>
            <w:r>
              <w:rPr>
                <w:sz w:val="18"/>
              </w:rPr>
              <w:br/>
            </w:r>
            <w:r>
              <w:rPr>
                <w:sz w:val="18"/>
              </w:rPr>
              <w:br/>
              <w:t xml:space="preserve">Legal name: </w:t>
            </w:r>
            <w:r w:rsidRPr="00D356BE">
              <w:rPr>
                <w:sz w:val="18"/>
                <w:u w:val="single"/>
              </w:rPr>
              <w:t>___________</w:t>
            </w:r>
            <w:r w:rsidRPr="00D356BE">
              <w:rPr>
                <w:sz w:val="18"/>
                <w:u w:val="single"/>
              </w:rPr>
              <w:t>___________________</w:t>
            </w:r>
            <w:r>
              <w:rPr>
                <w:sz w:val="18"/>
              </w:rPr>
              <w:br/>
              <w:t xml:space="preserve">Submission title: </w:t>
            </w:r>
            <w:r w:rsidRPr="00D356BE">
              <w:rPr>
                <w:sz w:val="18"/>
                <w:u w:val="single"/>
              </w:rPr>
              <w:t>_________________________</w:t>
            </w:r>
            <w:r>
              <w:rPr>
                <w:sz w:val="18"/>
              </w:rPr>
              <w:br/>
              <w:t xml:space="preserve">Requested public credit, if any: </w:t>
            </w:r>
            <w:r w:rsidRPr="00D356BE">
              <w:rPr>
                <w:sz w:val="18"/>
                <w:u w:val="single"/>
              </w:rPr>
              <w:t>___________</w:t>
            </w:r>
            <w:r>
              <w:rPr>
                <w:sz w:val="18"/>
              </w:rPr>
              <w:br/>
              <w:t xml:space="preserve">Date: </w:t>
            </w:r>
            <w:r w:rsidRPr="00D356BE">
              <w:rPr>
                <w:sz w:val="18"/>
                <w:u w:val="single"/>
              </w:rPr>
              <w:t>__</w:t>
            </w:r>
            <w:r w:rsidR="00D356BE">
              <w:rPr>
                <w:sz w:val="18"/>
                <w:u w:val="single"/>
              </w:rPr>
              <w:t>/</w:t>
            </w:r>
            <w:r w:rsidRPr="00D356BE">
              <w:rPr>
                <w:sz w:val="18"/>
                <w:u w:val="single"/>
              </w:rPr>
              <w:t>__</w:t>
            </w:r>
            <w:r w:rsidR="00D356BE">
              <w:rPr>
                <w:sz w:val="18"/>
                <w:u w:val="single"/>
              </w:rPr>
              <w:t>/</w:t>
            </w:r>
            <w:r w:rsidRPr="00D356BE">
              <w:rPr>
                <w:sz w:val="18"/>
                <w:u w:val="single"/>
              </w:rPr>
              <w:t>_</w:t>
            </w:r>
            <w:r w:rsidRPr="00D356BE">
              <w:rPr>
                <w:sz w:val="18"/>
                <w:u w:val="single"/>
              </w:rPr>
              <w:t>____</w:t>
            </w:r>
          </w:p>
        </w:tc>
      </w:tr>
    </w:tbl>
    <w:p w14:paraId="7AAD912B" w14:textId="77777777" w:rsidR="00D70555" w:rsidRDefault="001B1AAC">
      <w:pPr>
        <w:spacing w:before="180" w:after="80"/>
        <w:rPr>
          <w:rFonts w:hint="eastAsia"/>
        </w:rPr>
      </w:pPr>
      <w:r>
        <w:rPr>
          <w:b/>
          <w:color w:val="A13D22"/>
          <w:sz w:val="30"/>
        </w:rPr>
        <w:lastRenderedPageBreak/>
        <w:t>10. Signature</w:t>
      </w:r>
    </w:p>
    <w:tbl>
      <w:tblPr>
        <w:tblStyle w:val="TableGrid"/>
        <w:tblW w:w="0" w:type="auto"/>
        <w:jc w:val="center"/>
        <w:tblLook w:val="04A0" w:firstRow="1" w:lastRow="0" w:firstColumn="1" w:lastColumn="0" w:noHBand="0" w:noVBand="1"/>
      </w:tblPr>
      <w:tblGrid>
        <w:gridCol w:w="5141"/>
        <w:gridCol w:w="5141"/>
      </w:tblGrid>
      <w:tr w:rsidR="00D70555" w14:paraId="2BE4D5A0" w14:textId="77777777">
        <w:trPr>
          <w:tblHeader/>
          <w:jc w:val="center"/>
        </w:trPr>
        <w:tc>
          <w:tcPr>
            <w:tcW w:w="5141" w:type="dxa"/>
            <w:shd w:val="clear" w:color="auto" w:fill="A13D22"/>
          </w:tcPr>
          <w:p w14:paraId="6FA7111C" w14:textId="77777777" w:rsidR="00D70555" w:rsidRDefault="001B1AAC">
            <w:pPr>
              <w:spacing w:after="0"/>
              <w:rPr>
                <w:rFonts w:hint="eastAsia"/>
              </w:rPr>
            </w:pPr>
            <w:r>
              <w:rPr>
                <w:rFonts w:ascii="Aptos" w:hAnsi="Aptos"/>
                <w:b/>
                <w:color w:val="FFFFFF"/>
                <w:sz w:val="17"/>
              </w:rPr>
              <w:t>Signature Field</w:t>
            </w:r>
          </w:p>
        </w:tc>
        <w:tc>
          <w:tcPr>
            <w:tcW w:w="5141" w:type="dxa"/>
            <w:shd w:val="clear" w:color="auto" w:fill="A13D22"/>
          </w:tcPr>
          <w:p w14:paraId="77484DFD" w14:textId="77777777" w:rsidR="00D70555" w:rsidRDefault="001B1AAC">
            <w:pPr>
              <w:spacing w:after="0"/>
              <w:rPr>
                <w:rFonts w:hint="eastAsia"/>
              </w:rPr>
            </w:pPr>
            <w:r>
              <w:rPr>
                <w:rFonts w:ascii="Aptos" w:hAnsi="Aptos"/>
                <w:b/>
                <w:color w:val="FFFFFF"/>
                <w:sz w:val="17"/>
              </w:rPr>
              <w:t>Entry</w:t>
            </w:r>
          </w:p>
        </w:tc>
      </w:tr>
      <w:tr w:rsidR="00D70555" w14:paraId="2C995890" w14:textId="77777777">
        <w:trPr>
          <w:jc w:val="center"/>
        </w:trPr>
        <w:tc>
          <w:tcPr>
            <w:tcW w:w="5141" w:type="dxa"/>
          </w:tcPr>
          <w:p w14:paraId="04E43891" w14:textId="77777777" w:rsidR="00D70555" w:rsidRDefault="001B1AAC">
            <w:pPr>
              <w:spacing w:after="0"/>
              <w:rPr>
                <w:rFonts w:hint="eastAsia"/>
              </w:rPr>
            </w:pPr>
            <w:r>
              <w:rPr>
                <w:rFonts w:ascii="Aptos" w:hAnsi="Aptos"/>
                <w:sz w:val="16"/>
              </w:rPr>
              <w:t>Contributor signature or typed electronic signature</w:t>
            </w:r>
          </w:p>
        </w:tc>
        <w:tc>
          <w:tcPr>
            <w:tcW w:w="5141" w:type="dxa"/>
          </w:tcPr>
          <w:p w14:paraId="425AB332" w14:textId="77777777" w:rsidR="00D70555" w:rsidRDefault="00D70555">
            <w:pPr>
              <w:spacing w:after="0"/>
              <w:rPr>
                <w:rFonts w:hint="eastAsia"/>
              </w:rPr>
            </w:pPr>
          </w:p>
        </w:tc>
      </w:tr>
      <w:tr w:rsidR="00D70555" w14:paraId="4594ED2F" w14:textId="77777777">
        <w:trPr>
          <w:jc w:val="center"/>
        </w:trPr>
        <w:tc>
          <w:tcPr>
            <w:tcW w:w="5141" w:type="dxa"/>
            <w:shd w:val="clear" w:color="auto" w:fill="FAF7F0"/>
          </w:tcPr>
          <w:p w14:paraId="11E74629" w14:textId="77777777" w:rsidR="00D70555" w:rsidRDefault="001B1AAC">
            <w:pPr>
              <w:spacing w:after="0"/>
              <w:rPr>
                <w:rFonts w:hint="eastAsia"/>
              </w:rPr>
            </w:pPr>
            <w:r>
              <w:rPr>
                <w:rFonts w:ascii="Aptos" w:hAnsi="Aptos"/>
                <w:sz w:val="16"/>
              </w:rPr>
              <w:t>Contributor printed legal name</w:t>
            </w:r>
          </w:p>
        </w:tc>
        <w:tc>
          <w:tcPr>
            <w:tcW w:w="5141" w:type="dxa"/>
            <w:shd w:val="clear" w:color="auto" w:fill="FAF7F0"/>
          </w:tcPr>
          <w:p w14:paraId="707B4F0F" w14:textId="77777777" w:rsidR="00D70555" w:rsidRDefault="00D70555">
            <w:pPr>
              <w:spacing w:after="0"/>
              <w:rPr>
                <w:rFonts w:hint="eastAsia"/>
              </w:rPr>
            </w:pPr>
          </w:p>
        </w:tc>
      </w:tr>
      <w:tr w:rsidR="00D70555" w14:paraId="4F1765FE" w14:textId="77777777">
        <w:trPr>
          <w:jc w:val="center"/>
        </w:trPr>
        <w:tc>
          <w:tcPr>
            <w:tcW w:w="5141" w:type="dxa"/>
          </w:tcPr>
          <w:p w14:paraId="7D5BEBED" w14:textId="77777777" w:rsidR="00D70555" w:rsidRDefault="001B1AAC">
            <w:pPr>
              <w:spacing w:after="0"/>
              <w:rPr>
                <w:rFonts w:hint="eastAsia"/>
              </w:rPr>
            </w:pPr>
            <w:r>
              <w:rPr>
                <w:rFonts w:ascii="Aptos" w:hAnsi="Aptos"/>
                <w:sz w:val="16"/>
              </w:rPr>
              <w:t>Date</w:t>
            </w:r>
          </w:p>
        </w:tc>
        <w:tc>
          <w:tcPr>
            <w:tcW w:w="5141" w:type="dxa"/>
          </w:tcPr>
          <w:p w14:paraId="4A76EAB8" w14:textId="77777777" w:rsidR="00D70555" w:rsidRDefault="00D70555">
            <w:pPr>
              <w:spacing w:after="0"/>
              <w:rPr>
                <w:rFonts w:hint="eastAsia"/>
              </w:rPr>
            </w:pPr>
          </w:p>
        </w:tc>
      </w:tr>
      <w:tr w:rsidR="00D70555" w14:paraId="1FC3C580" w14:textId="77777777">
        <w:trPr>
          <w:jc w:val="center"/>
        </w:trPr>
        <w:tc>
          <w:tcPr>
            <w:tcW w:w="5141" w:type="dxa"/>
            <w:shd w:val="clear" w:color="auto" w:fill="FAF7F0"/>
          </w:tcPr>
          <w:p w14:paraId="4FB0903F" w14:textId="77777777" w:rsidR="00D70555" w:rsidRDefault="001B1AAC">
            <w:pPr>
              <w:spacing w:after="0"/>
              <w:rPr>
                <w:rFonts w:hint="eastAsia"/>
              </w:rPr>
            </w:pPr>
            <w:r>
              <w:rPr>
                <w:rFonts w:ascii="Aptos" w:hAnsi="Aptos"/>
                <w:sz w:val="16"/>
              </w:rPr>
              <w:t>Submission title</w:t>
            </w:r>
          </w:p>
        </w:tc>
        <w:tc>
          <w:tcPr>
            <w:tcW w:w="5141" w:type="dxa"/>
            <w:shd w:val="clear" w:color="auto" w:fill="FAF7F0"/>
          </w:tcPr>
          <w:p w14:paraId="439AABF6" w14:textId="77777777" w:rsidR="00D70555" w:rsidRDefault="00D70555">
            <w:pPr>
              <w:spacing w:after="0"/>
              <w:rPr>
                <w:rFonts w:hint="eastAsia"/>
              </w:rPr>
            </w:pPr>
          </w:p>
        </w:tc>
      </w:tr>
      <w:tr w:rsidR="00D70555" w14:paraId="1E8EF56C" w14:textId="77777777">
        <w:trPr>
          <w:jc w:val="center"/>
        </w:trPr>
        <w:tc>
          <w:tcPr>
            <w:tcW w:w="5141" w:type="dxa"/>
          </w:tcPr>
          <w:p w14:paraId="347C7DC4" w14:textId="77777777" w:rsidR="00D70555" w:rsidRDefault="001B1AAC">
            <w:pPr>
              <w:spacing w:after="0"/>
              <w:rPr>
                <w:rFonts w:hint="eastAsia"/>
              </w:rPr>
            </w:pPr>
            <w:r>
              <w:rPr>
                <w:rFonts w:ascii="Aptos" w:hAnsi="Aptos"/>
                <w:sz w:val="16"/>
              </w:rPr>
              <w:t>Requested public credit, if any</w:t>
            </w:r>
          </w:p>
        </w:tc>
        <w:tc>
          <w:tcPr>
            <w:tcW w:w="5141" w:type="dxa"/>
          </w:tcPr>
          <w:p w14:paraId="26F19FDF" w14:textId="77777777" w:rsidR="00D70555" w:rsidRDefault="00D70555">
            <w:pPr>
              <w:spacing w:after="0"/>
              <w:rPr>
                <w:rFonts w:hint="eastAsia"/>
              </w:rPr>
            </w:pPr>
          </w:p>
        </w:tc>
      </w:tr>
    </w:tbl>
    <w:p w14:paraId="6D69E7AE" w14:textId="77777777" w:rsidR="00D70555" w:rsidRDefault="001B1AAC">
      <w:pPr>
        <w:rPr>
          <w:rFonts w:hint="eastAsia"/>
        </w:rPr>
      </w:pPr>
      <w:r>
        <w:t>By signing, the Contributor confirms that the agreement was read, understood, and accepted voluntarily.</w:t>
      </w:r>
    </w:p>
    <w:p w14:paraId="12E9E7F0" w14:textId="64911636" w:rsidR="00D70555" w:rsidRDefault="001B1AAC">
      <w:pPr>
        <w:spacing w:before="180" w:after="80"/>
        <w:rPr>
          <w:rFonts w:hint="eastAsia"/>
        </w:rPr>
      </w:pPr>
      <w:r>
        <w:rPr>
          <w:b/>
          <w:color w:val="A13D22"/>
          <w:sz w:val="30"/>
        </w:rPr>
        <w:t>11. Internal Project Record</w:t>
      </w:r>
      <w:r w:rsidR="006A015C">
        <w:rPr>
          <w:b/>
          <w:color w:val="A13D22"/>
          <w:sz w:val="30"/>
        </w:rPr>
        <w:t xml:space="preserve"> (To be completed by Anton Branlin)</w:t>
      </w:r>
    </w:p>
    <w:tbl>
      <w:tblPr>
        <w:tblStyle w:val="TableGrid"/>
        <w:tblW w:w="0" w:type="auto"/>
        <w:jc w:val="center"/>
        <w:tblLook w:val="04A0" w:firstRow="1" w:lastRow="0" w:firstColumn="1" w:lastColumn="0" w:noHBand="0" w:noVBand="1"/>
      </w:tblPr>
      <w:tblGrid>
        <w:gridCol w:w="5141"/>
        <w:gridCol w:w="5141"/>
      </w:tblGrid>
      <w:tr w:rsidR="00D70555" w14:paraId="3DB870BB" w14:textId="77777777">
        <w:trPr>
          <w:tblHeader/>
          <w:jc w:val="center"/>
        </w:trPr>
        <w:tc>
          <w:tcPr>
            <w:tcW w:w="5141" w:type="dxa"/>
            <w:shd w:val="clear" w:color="auto" w:fill="A13D22"/>
          </w:tcPr>
          <w:p w14:paraId="3273A10E" w14:textId="77777777" w:rsidR="00D70555" w:rsidRDefault="001B1AAC">
            <w:pPr>
              <w:spacing w:after="0"/>
              <w:rPr>
                <w:rFonts w:hint="eastAsia"/>
              </w:rPr>
            </w:pPr>
            <w:r>
              <w:rPr>
                <w:rFonts w:ascii="Aptos" w:hAnsi="Aptos"/>
                <w:b/>
                <w:color w:val="FFFFFF"/>
                <w:sz w:val="17"/>
              </w:rPr>
              <w:t>Internal Field</w:t>
            </w:r>
          </w:p>
        </w:tc>
        <w:tc>
          <w:tcPr>
            <w:tcW w:w="5141" w:type="dxa"/>
            <w:shd w:val="clear" w:color="auto" w:fill="A13D22"/>
          </w:tcPr>
          <w:p w14:paraId="18F658C6" w14:textId="77777777" w:rsidR="00D70555" w:rsidRDefault="001B1AAC">
            <w:pPr>
              <w:spacing w:after="0"/>
              <w:rPr>
                <w:rFonts w:hint="eastAsia"/>
              </w:rPr>
            </w:pPr>
            <w:r>
              <w:rPr>
                <w:rFonts w:ascii="Aptos" w:hAnsi="Aptos"/>
                <w:b/>
                <w:color w:val="FFFFFF"/>
                <w:sz w:val="17"/>
              </w:rPr>
              <w:t>Entry</w:t>
            </w:r>
          </w:p>
        </w:tc>
      </w:tr>
      <w:tr w:rsidR="00D70555" w14:paraId="548A152A" w14:textId="77777777">
        <w:trPr>
          <w:jc w:val="center"/>
        </w:trPr>
        <w:tc>
          <w:tcPr>
            <w:tcW w:w="5141" w:type="dxa"/>
          </w:tcPr>
          <w:p w14:paraId="67C996BD" w14:textId="77777777" w:rsidR="00D70555" w:rsidRDefault="001B1AAC">
            <w:pPr>
              <w:spacing w:after="0"/>
              <w:rPr>
                <w:rFonts w:hint="eastAsia"/>
              </w:rPr>
            </w:pPr>
            <w:r>
              <w:rPr>
                <w:rFonts w:ascii="Aptos" w:hAnsi="Aptos"/>
                <w:sz w:val="16"/>
              </w:rPr>
              <w:t>Submission ID</w:t>
            </w:r>
          </w:p>
        </w:tc>
        <w:tc>
          <w:tcPr>
            <w:tcW w:w="5141" w:type="dxa"/>
          </w:tcPr>
          <w:p w14:paraId="3BA8C493" w14:textId="77777777" w:rsidR="00D70555" w:rsidRDefault="00D70555">
            <w:pPr>
              <w:spacing w:after="0"/>
              <w:rPr>
                <w:rFonts w:hint="eastAsia"/>
              </w:rPr>
            </w:pPr>
          </w:p>
        </w:tc>
      </w:tr>
      <w:tr w:rsidR="00D70555" w14:paraId="4445C59C" w14:textId="77777777">
        <w:trPr>
          <w:jc w:val="center"/>
        </w:trPr>
        <w:tc>
          <w:tcPr>
            <w:tcW w:w="5141" w:type="dxa"/>
            <w:shd w:val="clear" w:color="auto" w:fill="FAF7F0"/>
          </w:tcPr>
          <w:p w14:paraId="505ADD53" w14:textId="77777777" w:rsidR="00D70555" w:rsidRDefault="001B1AAC">
            <w:pPr>
              <w:spacing w:after="0"/>
              <w:rPr>
                <w:rFonts w:hint="eastAsia"/>
              </w:rPr>
            </w:pPr>
            <w:r>
              <w:rPr>
                <w:rFonts w:ascii="Aptos" w:hAnsi="Aptos"/>
                <w:sz w:val="16"/>
              </w:rPr>
              <w:t>Received date</w:t>
            </w:r>
          </w:p>
        </w:tc>
        <w:tc>
          <w:tcPr>
            <w:tcW w:w="5141" w:type="dxa"/>
            <w:shd w:val="clear" w:color="auto" w:fill="FAF7F0"/>
          </w:tcPr>
          <w:p w14:paraId="48E996AA" w14:textId="77777777" w:rsidR="00D70555" w:rsidRDefault="00D70555">
            <w:pPr>
              <w:spacing w:after="0"/>
              <w:rPr>
                <w:rFonts w:hint="eastAsia"/>
              </w:rPr>
            </w:pPr>
          </w:p>
        </w:tc>
      </w:tr>
      <w:tr w:rsidR="00D70555" w14:paraId="14B2BB26" w14:textId="77777777">
        <w:trPr>
          <w:jc w:val="center"/>
        </w:trPr>
        <w:tc>
          <w:tcPr>
            <w:tcW w:w="5141" w:type="dxa"/>
          </w:tcPr>
          <w:p w14:paraId="43BAC0F2" w14:textId="77777777" w:rsidR="00D70555" w:rsidRDefault="001B1AAC">
            <w:pPr>
              <w:spacing w:after="0"/>
              <w:rPr>
                <w:rFonts w:hint="eastAsia"/>
              </w:rPr>
            </w:pPr>
            <w:r>
              <w:rPr>
                <w:rFonts w:ascii="Aptos" w:hAnsi="Aptos"/>
                <w:sz w:val="16"/>
              </w:rPr>
              <w:t>Agreement and submission stored together</w:t>
            </w:r>
          </w:p>
        </w:tc>
        <w:tc>
          <w:tcPr>
            <w:tcW w:w="5141" w:type="dxa"/>
          </w:tcPr>
          <w:p w14:paraId="6E88E47E" w14:textId="77777777" w:rsidR="00D70555" w:rsidRDefault="001B1AAC">
            <w:pPr>
              <w:spacing w:after="0"/>
              <w:rPr>
                <w:rFonts w:hint="eastAsia"/>
              </w:rPr>
            </w:pPr>
            <w:r>
              <w:rPr>
                <w:rFonts w:ascii="Aptos" w:hAnsi="Aptos"/>
                <w:sz w:val="16"/>
              </w:rPr>
              <w:t>☐</w:t>
            </w:r>
            <w:r>
              <w:rPr>
                <w:rFonts w:ascii="Aptos" w:hAnsi="Aptos"/>
                <w:sz w:val="16"/>
              </w:rPr>
              <w:t xml:space="preserve"> Yes</w:t>
            </w:r>
          </w:p>
        </w:tc>
      </w:tr>
      <w:tr w:rsidR="00D70555" w14:paraId="7475B779" w14:textId="77777777">
        <w:trPr>
          <w:jc w:val="center"/>
        </w:trPr>
        <w:tc>
          <w:tcPr>
            <w:tcW w:w="5141" w:type="dxa"/>
            <w:shd w:val="clear" w:color="auto" w:fill="FAF7F0"/>
          </w:tcPr>
          <w:p w14:paraId="27C26092" w14:textId="77777777" w:rsidR="00D70555" w:rsidRDefault="001B1AAC">
            <w:pPr>
              <w:spacing w:after="0"/>
              <w:rPr>
                <w:rFonts w:hint="eastAsia"/>
              </w:rPr>
            </w:pPr>
            <w:r>
              <w:rPr>
                <w:rFonts w:ascii="Aptos" w:hAnsi="Aptos"/>
                <w:sz w:val="16"/>
              </w:rPr>
              <w:t>18+ confirmation present</w:t>
            </w:r>
          </w:p>
        </w:tc>
        <w:tc>
          <w:tcPr>
            <w:tcW w:w="5141" w:type="dxa"/>
            <w:shd w:val="clear" w:color="auto" w:fill="FAF7F0"/>
          </w:tcPr>
          <w:p w14:paraId="66FF8A9E" w14:textId="77777777" w:rsidR="00D70555" w:rsidRDefault="001B1AAC">
            <w:pPr>
              <w:spacing w:after="0"/>
              <w:rPr>
                <w:rFonts w:hint="eastAsia"/>
              </w:rPr>
            </w:pPr>
            <w:r>
              <w:rPr>
                <w:rFonts w:ascii="Aptos" w:hAnsi="Aptos"/>
                <w:sz w:val="16"/>
              </w:rPr>
              <w:t>☐</w:t>
            </w:r>
            <w:r>
              <w:rPr>
                <w:rFonts w:ascii="Aptos" w:hAnsi="Aptos"/>
                <w:sz w:val="16"/>
              </w:rPr>
              <w:t xml:space="preserve"> Yes</w:t>
            </w:r>
          </w:p>
        </w:tc>
      </w:tr>
      <w:tr w:rsidR="00D70555" w14:paraId="549BB851" w14:textId="77777777">
        <w:trPr>
          <w:jc w:val="center"/>
        </w:trPr>
        <w:tc>
          <w:tcPr>
            <w:tcW w:w="5141" w:type="dxa"/>
          </w:tcPr>
          <w:p w14:paraId="630C8242" w14:textId="77777777" w:rsidR="00D70555" w:rsidRDefault="001B1AAC">
            <w:pPr>
              <w:spacing w:after="0"/>
              <w:rPr>
                <w:rFonts w:hint="eastAsia"/>
              </w:rPr>
            </w:pPr>
            <w:r>
              <w:rPr>
                <w:rFonts w:ascii="Aptos" w:hAnsi="Aptos"/>
                <w:sz w:val="16"/>
              </w:rPr>
              <w:t>Ownership / privacy screen completed</w:t>
            </w:r>
          </w:p>
        </w:tc>
        <w:tc>
          <w:tcPr>
            <w:tcW w:w="5141" w:type="dxa"/>
          </w:tcPr>
          <w:p w14:paraId="71EE0DFE" w14:textId="77777777" w:rsidR="00D70555" w:rsidRDefault="001B1AAC">
            <w:pPr>
              <w:spacing w:after="0"/>
              <w:rPr>
                <w:rFonts w:hint="eastAsia"/>
              </w:rPr>
            </w:pPr>
            <w:r>
              <w:rPr>
                <w:rFonts w:ascii="Aptos" w:hAnsi="Aptos"/>
                <w:sz w:val="16"/>
              </w:rPr>
              <w:t>☐</w:t>
            </w:r>
            <w:r>
              <w:rPr>
                <w:rFonts w:ascii="Aptos" w:hAnsi="Aptos"/>
                <w:sz w:val="16"/>
              </w:rPr>
              <w:t xml:space="preserve"> Yes</w:t>
            </w:r>
          </w:p>
        </w:tc>
      </w:tr>
      <w:tr w:rsidR="00D70555" w14:paraId="6376907B" w14:textId="77777777">
        <w:trPr>
          <w:jc w:val="center"/>
        </w:trPr>
        <w:tc>
          <w:tcPr>
            <w:tcW w:w="5141" w:type="dxa"/>
            <w:shd w:val="clear" w:color="auto" w:fill="FAF7F0"/>
          </w:tcPr>
          <w:p w14:paraId="74FADCC1" w14:textId="77777777" w:rsidR="00D70555" w:rsidRDefault="001B1AAC">
            <w:pPr>
              <w:spacing w:after="0"/>
              <w:rPr>
                <w:rFonts w:hint="eastAsia"/>
              </w:rPr>
            </w:pPr>
            <w:r>
              <w:rPr>
                <w:rFonts w:ascii="Aptos" w:hAnsi="Aptos"/>
                <w:sz w:val="16"/>
              </w:rPr>
              <w:t>Disposition</w:t>
            </w:r>
          </w:p>
        </w:tc>
        <w:tc>
          <w:tcPr>
            <w:tcW w:w="5141" w:type="dxa"/>
            <w:shd w:val="clear" w:color="auto" w:fill="FAF7F0"/>
          </w:tcPr>
          <w:p w14:paraId="56F3D671" w14:textId="77777777" w:rsidR="00D70555" w:rsidRDefault="001B1AAC">
            <w:pPr>
              <w:spacing w:after="0"/>
              <w:rPr>
                <w:rFonts w:hint="eastAsia"/>
              </w:rPr>
            </w:pPr>
            <w:r>
              <w:rPr>
                <w:rFonts w:ascii="Aptos" w:hAnsi="Aptos"/>
                <w:sz w:val="16"/>
              </w:rPr>
              <w:t>☐</w:t>
            </w:r>
            <w:r>
              <w:rPr>
                <w:rFonts w:ascii="Aptos" w:hAnsi="Aptos"/>
                <w:sz w:val="16"/>
              </w:rPr>
              <w:t xml:space="preserve"> Declined  ☐ Hold  ☐ Edit  ☐ Adapt  ☐ Publish  ☐ License</w:t>
            </w:r>
          </w:p>
        </w:tc>
      </w:tr>
      <w:tr w:rsidR="00D70555" w14:paraId="64F41801" w14:textId="77777777">
        <w:trPr>
          <w:jc w:val="center"/>
        </w:trPr>
        <w:tc>
          <w:tcPr>
            <w:tcW w:w="5141" w:type="dxa"/>
          </w:tcPr>
          <w:p w14:paraId="569199F2" w14:textId="77777777" w:rsidR="00D70555" w:rsidRDefault="001B1AAC">
            <w:pPr>
              <w:spacing w:after="0"/>
              <w:rPr>
                <w:rFonts w:hint="eastAsia"/>
              </w:rPr>
            </w:pPr>
            <w:r>
              <w:rPr>
                <w:rFonts w:ascii="Aptos" w:hAnsi="Aptos"/>
                <w:sz w:val="16"/>
              </w:rPr>
              <w:t>Publication / adaptation surface</w:t>
            </w:r>
          </w:p>
        </w:tc>
        <w:tc>
          <w:tcPr>
            <w:tcW w:w="5141" w:type="dxa"/>
          </w:tcPr>
          <w:p w14:paraId="2ACBBBE5" w14:textId="77777777" w:rsidR="00D70555" w:rsidRDefault="00D70555">
            <w:pPr>
              <w:spacing w:after="0"/>
              <w:rPr>
                <w:rFonts w:hint="eastAsia"/>
              </w:rPr>
            </w:pPr>
          </w:p>
        </w:tc>
      </w:tr>
      <w:tr w:rsidR="00D70555" w14:paraId="7ED38848" w14:textId="77777777">
        <w:trPr>
          <w:jc w:val="center"/>
        </w:trPr>
        <w:tc>
          <w:tcPr>
            <w:tcW w:w="5141" w:type="dxa"/>
            <w:shd w:val="clear" w:color="auto" w:fill="FAF7F0"/>
          </w:tcPr>
          <w:p w14:paraId="0349DA13" w14:textId="77777777" w:rsidR="00D70555" w:rsidRDefault="001B1AAC">
            <w:pPr>
              <w:spacing w:after="0"/>
              <w:rPr>
                <w:rFonts w:hint="eastAsia"/>
              </w:rPr>
            </w:pPr>
            <w:r>
              <w:rPr>
                <w:rFonts w:ascii="Aptos" w:hAnsi="Aptos"/>
                <w:sz w:val="16"/>
              </w:rPr>
              <w:t>Publication date / URL</w:t>
            </w:r>
          </w:p>
        </w:tc>
        <w:tc>
          <w:tcPr>
            <w:tcW w:w="5141" w:type="dxa"/>
            <w:shd w:val="clear" w:color="auto" w:fill="FAF7F0"/>
          </w:tcPr>
          <w:p w14:paraId="433FBA1B" w14:textId="77777777" w:rsidR="00D70555" w:rsidRDefault="00D70555">
            <w:pPr>
              <w:spacing w:after="0"/>
              <w:rPr>
                <w:rFonts w:hint="eastAsia"/>
              </w:rPr>
            </w:pPr>
          </w:p>
        </w:tc>
      </w:tr>
    </w:tbl>
    <w:p w14:paraId="14202746" w14:textId="47FAB2B7" w:rsidR="00D70555" w:rsidRDefault="00D70555">
      <w:pPr>
        <w:rPr>
          <w:rFonts w:hint="eastAsia"/>
        </w:rPr>
      </w:pPr>
    </w:p>
    <w:sectPr w:rsidR="00D70555" w:rsidSect="00034616">
      <w:footerReference w:type="default" r:id="rId9"/>
      <w:pgSz w:w="12240" w:h="15840"/>
      <w:pgMar w:top="893" w:right="979" w:bottom="893" w:left="97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70196" w14:textId="77777777" w:rsidR="001B1AAC" w:rsidRDefault="001B1AAC">
      <w:pPr>
        <w:spacing w:after="0" w:line="240" w:lineRule="auto"/>
        <w:rPr>
          <w:rFonts w:hint="eastAsia"/>
        </w:rPr>
      </w:pPr>
      <w:r>
        <w:separator/>
      </w:r>
    </w:p>
  </w:endnote>
  <w:endnote w:type="continuationSeparator" w:id="0">
    <w:p w14:paraId="5CAAD01D" w14:textId="77777777" w:rsidR="001B1AAC" w:rsidRDefault="001B1AA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24E5" w14:textId="77777777" w:rsidR="00D70555" w:rsidRDefault="001B1AAC">
    <w:pPr>
      <w:pStyle w:val="Footer"/>
      <w:jc w:val="center"/>
      <w:rPr>
        <w:rFonts w:hint="eastAsia"/>
      </w:rPr>
    </w:pPr>
    <w:r>
      <w:rPr>
        <w:rFonts w:ascii="Aptos" w:hAnsi="Aptos"/>
        <w:color w:val="666666"/>
        <w:sz w:val="15"/>
      </w:rPr>
      <w:t xml:space="preserve">Hot Pizza, Wrong Doors  |  Community Program  |  Anton </w:t>
    </w:r>
    <w:proofErr w:type="spellStart"/>
    <w:r>
      <w:rPr>
        <w:rFonts w:ascii="Aptos" w:hAnsi="Aptos"/>
        <w:color w:val="666666"/>
        <w:sz w:val="15"/>
      </w:rPr>
      <w:t>Branlin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89C4A" w14:textId="77777777" w:rsidR="001B1AAC" w:rsidRDefault="001B1AAC">
      <w:pPr>
        <w:spacing w:after="0" w:line="240" w:lineRule="auto"/>
        <w:rPr>
          <w:rFonts w:hint="eastAsia"/>
        </w:rPr>
      </w:pPr>
      <w:r>
        <w:separator/>
      </w:r>
    </w:p>
  </w:footnote>
  <w:footnote w:type="continuationSeparator" w:id="0">
    <w:p w14:paraId="7504CB3D" w14:textId="77777777" w:rsidR="001B1AAC" w:rsidRDefault="001B1AAC">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6263882">
    <w:abstractNumId w:val="8"/>
  </w:num>
  <w:num w:numId="2" w16cid:durableId="117725943">
    <w:abstractNumId w:val="6"/>
  </w:num>
  <w:num w:numId="3" w16cid:durableId="366028410">
    <w:abstractNumId w:val="5"/>
  </w:num>
  <w:num w:numId="4" w16cid:durableId="1251549861">
    <w:abstractNumId w:val="4"/>
  </w:num>
  <w:num w:numId="5" w16cid:durableId="1844591621">
    <w:abstractNumId w:val="7"/>
  </w:num>
  <w:num w:numId="6" w16cid:durableId="952134899">
    <w:abstractNumId w:val="3"/>
  </w:num>
  <w:num w:numId="7" w16cid:durableId="852693050">
    <w:abstractNumId w:val="2"/>
  </w:num>
  <w:num w:numId="8" w16cid:durableId="1550995770">
    <w:abstractNumId w:val="1"/>
  </w:num>
  <w:num w:numId="9" w16cid:durableId="182727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1AAC"/>
    <w:rsid w:val="0029639D"/>
    <w:rsid w:val="002D1294"/>
    <w:rsid w:val="00326F90"/>
    <w:rsid w:val="004367C4"/>
    <w:rsid w:val="005B4882"/>
    <w:rsid w:val="006A015C"/>
    <w:rsid w:val="00AA1D8D"/>
    <w:rsid w:val="00B47730"/>
    <w:rsid w:val="00BC1C39"/>
    <w:rsid w:val="00CB0664"/>
    <w:rsid w:val="00D356BE"/>
    <w:rsid w:val="00D7055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8084000-9B01-45C0-8380-CB4DCBFEE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90" w:line="252" w:lineRule="auto"/>
    </w:pPr>
    <w:rPr>
      <w:rFonts w:ascii="Georgia" w:hAnsi="Georgia"/>
      <w:color w:val="20242B"/>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1081</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 Pizza, Wrong Doors — Community Submission Rights Assignment Agreement v2.0</dc:title>
  <dc:subject>One-step assignment of copyright and publication rights for Dear Cassie, Pizza Tales, and Community Specials</dc:subject>
  <dc:creator>Ryan Bradley / Anton Branlin</dc:creator>
  <cp:keywords/>
  <dc:description>generated by python-docx</dc:description>
  <cp:lastModifiedBy>xGreedx _</cp:lastModifiedBy>
  <cp:revision>6</cp:revision>
  <dcterms:created xsi:type="dcterms:W3CDTF">2013-12-23T23:15:00Z</dcterms:created>
  <dcterms:modified xsi:type="dcterms:W3CDTF">2026-07-18T08:14:00Z</dcterms:modified>
  <cp:category/>
</cp:coreProperties>
</file>